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33F2C"/>
          <w:sz w:val="20"/>
        </w:rPr>
        <w:t>fipe.cl</w:t>
      </w:r>
    </w:p>
    <w:p>
      <w:pPr>
        <w:spacing w:after="80"/>
      </w:pPr>
      <w:r>
        <w:rPr>
          <w:b/>
          <w:color w:val="181312"/>
          <w:sz w:val="52"/>
        </w:rPr>
        <w:t>Brief de marca</w:t>
      </w:r>
    </w:p>
    <w:p>
      <w:r>
        <w:rPr>
          <w:b w:val="0"/>
          <w:color w:val="6B6360"/>
          <w:sz w:val="22"/>
        </w:rPr>
        <w:t>Responde con tus palabras: no hay respuestas correctas. Si una pregunta no aplica, déjala en blanco. Con esto llego a la primera reunión con tu caso estudiado y ahorramos días de idas y vueltas.</w:t>
      </w:r>
    </w:p>
    <w:p>
      <w:r>
        <w:rPr>
          <w:b/>
          <w:color w:val="181312"/>
          <w:sz w:val="20"/>
        </w:rPr>
        <w:t>Cuando lo tengas, súbelo en fipe.cl/cotizar o envíalo a hola@fipe.cl.</w:t>
      </w:r>
    </w:p>
    <w:p>
      <w:pPr>
        <w:spacing w:before="360" w:after="40"/>
      </w:pPr>
      <w:r>
        <w:rPr>
          <w:b/>
          <w:color w:val="D33F2C"/>
          <w:sz w:val="24"/>
        </w:rPr>
        <w:t xml:space="preserve">01  </w:t>
      </w:r>
      <w:r>
        <w:rPr>
          <w:b/>
          <w:color w:val="181312"/>
          <w:sz w:val="30"/>
        </w:rPr>
        <w:t>Tu empresa</w:t>
      </w:r>
    </w:p>
    <w:p>
      <w:pPr>
        <w:spacing w:after="160"/>
      </w:pPr>
      <w:r>
        <w:rPr>
          <w:b w:val="0"/>
          <w:color w:val="6B6360"/>
          <w:sz w:val="20"/>
        </w:rPr>
        <w:t>Para entender qué haces y desde dónde partes.</w:t>
      </w:r>
    </w:p>
    <w:p>
      <w:pPr>
        <w:keepNext/>
        <w:spacing w:after="60"/>
      </w:pPr>
      <w:r>
        <w:rPr>
          <w:b/>
          <w:color w:val="181312"/>
          <w:sz w:val="21"/>
        </w:rPr>
        <w:t>Nombre de la empresa (y cómo te gustaría que se lea la marca)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¿A qué se dedica? Explícalo como se lo contarías a un cliente nuevo.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Ciudad o zona donde trabajas, y hace cuántos años.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¿Ya tienes logo? Si es así, ¿qué te gusta y qué no de él?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360" w:after="40"/>
      </w:pPr>
      <w:r>
        <w:rPr>
          <w:b/>
          <w:color w:val="D33F2C"/>
          <w:sz w:val="24"/>
        </w:rPr>
        <w:t xml:space="preserve">02  </w:t>
      </w:r>
      <w:r>
        <w:rPr>
          <w:b/>
          <w:color w:val="181312"/>
          <w:sz w:val="30"/>
        </w:rPr>
        <w:t>Tus clientes</w:t>
      </w:r>
    </w:p>
    <w:p>
      <w:pPr>
        <w:spacing w:after="160"/>
      </w:pPr>
      <w:r>
        <w:rPr>
          <w:b w:val="0"/>
          <w:color w:val="6B6360"/>
          <w:sz w:val="20"/>
        </w:rPr>
        <w:t>La marca se diseña para quien te compra, no para ti.</w:t>
      </w:r>
    </w:p>
    <w:p>
      <w:pPr>
        <w:keepNext/>
        <w:spacing w:after="60"/>
      </w:pPr>
      <w:r>
        <w:rPr>
          <w:b/>
          <w:color w:val="181312"/>
          <w:sz w:val="21"/>
        </w:rPr>
        <w:t>¿Quién te compra? (empresas, familias, jóvenes, municipios…)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¿Por qué te eligen a ti y no a otro?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¿Dónde te conocen? (calle, Instagram, recomendación, licitaciones…)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360" w:after="40"/>
      </w:pPr>
      <w:r>
        <w:rPr>
          <w:b/>
          <w:color w:val="D33F2C"/>
          <w:sz w:val="24"/>
        </w:rPr>
        <w:t xml:space="preserve">03  </w:t>
      </w:r>
      <w:r>
        <w:rPr>
          <w:b/>
          <w:color w:val="181312"/>
          <w:sz w:val="30"/>
        </w:rPr>
        <w:t>Tu competencia</w:t>
      </w:r>
    </w:p>
    <w:p>
      <w:pPr>
        <w:spacing w:after="160"/>
      </w:pPr>
      <w:r>
        <w:rPr>
          <w:b w:val="0"/>
          <w:color w:val="6B6360"/>
          <w:sz w:val="20"/>
        </w:rPr>
        <w:t>Para diferenciarte y no parecerte a nadie.</w:t>
      </w:r>
    </w:p>
    <w:p>
      <w:pPr>
        <w:keepNext/>
        <w:spacing w:after="60"/>
      </w:pPr>
      <w:r>
        <w:rPr>
          <w:b/>
          <w:color w:val="181312"/>
          <w:sz w:val="21"/>
        </w:rPr>
        <w:t>Nombra 2 o 3 competidores (con su web o Instagram si tienes).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¿Qué hacen bien y qué hacen mal en su imagen?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360" w:after="40"/>
      </w:pPr>
      <w:r>
        <w:rPr>
          <w:b/>
          <w:color w:val="D33F2C"/>
          <w:sz w:val="24"/>
        </w:rPr>
        <w:t xml:space="preserve">04  </w:t>
      </w:r>
      <w:r>
        <w:rPr>
          <w:b/>
          <w:color w:val="181312"/>
          <w:sz w:val="30"/>
        </w:rPr>
        <w:t>Personalidad</w:t>
      </w:r>
    </w:p>
    <w:p>
      <w:pPr>
        <w:spacing w:after="160"/>
      </w:pPr>
      <w:r>
        <w:rPr>
          <w:b w:val="0"/>
          <w:color w:val="6B6360"/>
          <w:sz w:val="20"/>
        </w:rPr>
        <w:t>Cómo quieres que se sienta tu marca.</w:t>
      </w:r>
    </w:p>
    <w:p>
      <w:pPr>
        <w:keepNext/>
        <w:spacing w:after="60"/>
      </w:pPr>
      <w:r>
        <w:rPr>
          <w:b/>
          <w:color w:val="181312"/>
          <w:sz w:val="21"/>
        </w:rPr>
        <w:t>Tres palabras que describan tu empresa (ej.: cercana, seria, rápida).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Tres palabras que NO quieres que transmita.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¿Hay colores que te gusten o que quieras evitar? ¿Por qué?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360" w:after="40"/>
      </w:pPr>
      <w:r>
        <w:rPr>
          <w:b/>
          <w:color w:val="D33F2C"/>
          <w:sz w:val="24"/>
        </w:rPr>
        <w:t xml:space="preserve">05  </w:t>
      </w:r>
      <w:r>
        <w:rPr>
          <w:b/>
          <w:color w:val="181312"/>
          <w:sz w:val="30"/>
        </w:rPr>
        <w:t>Referencias</w:t>
      </w:r>
    </w:p>
    <w:p>
      <w:pPr>
        <w:spacing w:after="160"/>
      </w:pPr>
      <w:r>
        <w:rPr>
          <w:b w:val="0"/>
          <w:color w:val="6B6360"/>
          <w:sz w:val="20"/>
        </w:rPr>
        <w:t>Ejemplos ayudan más que mil explicaciones.</w:t>
      </w:r>
    </w:p>
    <w:p>
      <w:pPr>
        <w:keepNext/>
        <w:spacing w:after="60"/>
      </w:pPr>
      <w:r>
        <w:rPr>
          <w:b/>
          <w:color w:val="181312"/>
          <w:sz w:val="21"/>
        </w:rPr>
        <w:t>Marcas que te gusten (de cualquier rubro) y qué te gusta de cada una.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Marcas que no te gusten y por qué.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360" w:after="40"/>
      </w:pPr>
      <w:r>
        <w:rPr>
          <w:b/>
          <w:color w:val="D33F2C"/>
          <w:sz w:val="24"/>
        </w:rPr>
        <w:t xml:space="preserve">06  </w:t>
      </w:r>
      <w:r>
        <w:rPr>
          <w:b/>
          <w:color w:val="181312"/>
          <w:sz w:val="30"/>
        </w:rPr>
        <w:t>Dónde se va a usar</w:t>
      </w:r>
    </w:p>
    <w:p>
      <w:pPr>
        <w:spacing w:after="160"/>
      </w:pPr>
      <w:r>
        <w:rPr>
          <w:b w:val="0"/>
          <w:color w:val="6B6360"/>
          <w:sz w:val="20"/>
        </w:rPr>
        <w:t>Así diseño versiones que funcionen en cada lugar.</w:t>
      </w:r>
    </w:p>
    <w:p>
      <w:pPr>
        <w:keepNext/>
        <w:spacing w:after="60"/>
      </w:pPr>
      <w:r>
        <w:rPr>
          <w:b/>
          <w:color w:val="181312"/>
          <w:sz w:val="21"/>
        </w:rPr>
        <w:t>Marca con una X: ☐ vehículos  ☐ fachada o letrero  ☐ uniformes  ☐ redes sociales  ☐ web  ☐ papelería  ☐ envases  ☐ otro: 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¿Qué es lo primero que vas a aplicar?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360" w:after="40"/>
      </w:pPr>
      <w:r>
        <w:rPr>
          <w:b/>
          <w:color w:val="D33F2C"/>
          <w:sz w:val="24"/>
        </w:rPr>
        <w:t xml:space="preserve">07  </w:t>
      </w:r>
      <w:r>
        <w:rPr>
          <w:b/>
          <w:color w:val="181312"/>
          <w:sz w:val="30"/>
        </w:rPr>
        <w:t>Plazos</w:t>
      </w:r>
    </w:p>
    <w:p>
      <w:pPr>
        <w:spacing w:after="160"/>
      </w:pPr>
      <w:r>
        <w:rPr>
          <w:b w:val="0"/>
          <w:color w:val="6B6360"/>
          <w:sz w:val="20"/>
        </w:rPr>
        <w:t>Para planificar el trabajo contigo.</w:t>
      </w:r>
    </w:p>
    <w:p>
      <w:pPr>
        <w:keepNext/>
        <w:spacing w:after="60"/>
      </w:pPr>
      <w:r>
        <w:rPr>
          <w:b/>
          <w:color w:val="181312"/>
          <w:sz w:val="21"/>
        </w:rPr>
        <w:t>¿Tienes una fecha clave? (apertura, licitación, feria, temporada…)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color w:val="181312"/>
          <w:sz w:val="21"/>
        </w:rPr>
        <w:t>¿Quién aprueba el diseño en tu empresa?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360" w:after="40"/>
      </w:pPr>
      <w:r>
        <w:rPr>
          <w:b/>
          <w:color w:val="D33F2C"/>
          <w:sz w:val="24"/>
        </w:rPr>
        <w:t xml:space="preserve">08  </w:t>
      </w:r>
      <w:r>
        <w:rPr>
          <w:b/>
          <w:color w:val="181312"/>
          <w:sz w:val="30"/>
        </w:rPr>
        <w:t>Algo más</w:t>
      </w:r>
    </w:p>
    <w:p>
      <w:pPr>
        <w:keepNext/>
        <w:spacing w:after="60"/>
      </w:pPr>
      <w:r>
        <w:rPr>
          <w:b/>
          <w:color w:val="181312"/>
          <w:sz w:val="21"/>
        </w:rPr>
        <w:t>Cualquier cosa que quieras contarme: historia, anécdotas, ideas.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5F4F2"/>
            <w:tcBorders>
              <w:top w:val="single" w:sz="6" w:color="D9D3CF"/>
              <w:left w:val="single" w:sz="6" w:color="D9D3CF"/>
              <w:bottom w:val="single" w:sz="6" w:color="D9D3CF"/>
              <w:right w:val="single" w:sz="6" w:color="D9D3CF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320"/>
      </w:pPr>
      <w:r>
        <w:rPr>
          <w:b w:val="0"/>
          <w:color w:val="6B6360"/>
          <w:sz w:val="18"/>
        </w:rPr>
        <w:t>Gracias. Te respondo en menos de 24 horas hábiles. · Fipe · hola@fipe.cl · +56 9 6506 9659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